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38CA94BE" w14:textId="77777777" w:rsidR="00D80EA7" w:rsidRDefault="00CB7A05">
      <w:r>
        <w:rPr>
          <w:noProof/>
        </w:rPr>
        <w:drawing>
          <wp:inline distT="0" distB="0" distL="0" distR="0" wp14:anchorId="48A6DF28" wp14:editId="44CBE9C2">
            <wp:extent cx="5943600" cy="769171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8FD50" w14:textId="77777777" w:rsidR="00D80EA7" w:rsidRDefault="00CB7A05">
      <w:r>
        <w:br w:type="page"/>
      </w:r>
    </w:p>
    <w:p w14:paraId="29DABA0F" w14:textId="77777777" w:rsidR="00D80EA7" w:rsidRDefault="00CB7A05">
      <w:r>
        <w:rPr>
          <w:noProof/>
        </w:rPr>
        <w:lastRenderedPageBreak/>
        <w:drawing>
          <wp:inline distT="0" distB="0" distL="0" distR="0" wp14:anchorId="5DD3845A" wp14:editId="16895879">
            <wp:extent cx="5943600" cy="769171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09CAD" w14:textId="77777777" w:rsidR="00D80EA7" w:rsidRDefault="00CB7A05">
      <w:r>
        <w:br w:type="page"/>
      </w:r>
    </w:p>
    <w:p w14:paraId="492780C6" w14:textId="77777777" w:rsidR="00D80EA7" w:rsidRDefault="00CB7A05">
      <w:r>
        <w:rPr>
          <w:noProof/>
        </w:rPr>
        <w:lastRenderedPageBreak/>
        <w:drawing>
          <wp:inline distT="0" distB="0" distL="0" distR="0" wp14:anchorId="2E13E363" wp14:editId="4C07271A">
            <wp:extent cx="5943600" cy="769171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4034D" w14:textId="77777777" w:rsidR="00D80EA7" w:rsidRDefault="00CB7A05">
      <w:r>
        <w:br w:type="page"/>
      </w:r>
    </w:p>
    <w:p w14:paraId="627F4C81" w14:textId="77777777" w:rsidR="00D80EA7" w:rsidRDefault="00CB7A05">
      <w:r>
        <w:rPr>
          <w:noProof/>
        </w:rPr>
        <w:lastRenderedPageBreak/>
        <w:drawing>
          <wp:inline distT="0" distB="0" distL="0" distR="0" wp14:anchorId="4973FDFD" wp14:editId="01E3C22F">
            <wp:extent cx="5943600" cy="769171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0EA7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i="http://schemas.microsoft.com/office/word/2026/wordml/cei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943877760">
    <w:abstractNumId w:val="8"/>
  </w:num>
  <w:num w:numId="2" w16cid:durableId="1714960595">
    <w:abstractNumId w:val="6"/>
  </w:num>
  <w:num w:numId="3" w16cid:durableId="1435058621">
    <w:abstractNumId w:val="5"/>
  </w:num>
  <w:num w:numId="4" w16cid:durableId="2061703643">
    <w:abstractNumId w:val="4"/>
  </w:num>
  <w:num w:numId="5" w16cid:durableId="1897668862">
    <w:abstractNumId w:val="7"/>
  </w:num>
  <w:num w:numId="6" w16cid:durableId="643244735">
    <w:abstractNumId w:val="3"/>
  </w:num>
  <w:num w:numId="7" w16cid:durableId="121310789">
    <w:abstractNumId w:val="2"/>
  </w:num>
  <w:num w:numId="8" w16cid:durableId="660230843">
    <w:abstractNumId w:val="1"/>
  </w:num>
  <w:num w:numId="9" w16cid:durableId="921992777">
    <w:abstractNumId w:val="0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223"/>
  <w:proofState w:spelling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AC29D0"/>
    <w:rsid w:val="00B47730"/>
    <w:rsid w:val="00CB0664"/>
    <w:rsid w:val="00CB7A05"/>
    <w:rsid w:val="00D80EA7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8D8AB47"/>
  <w14:defaultImageDpi w14:val="300"/>
  <w15:docId w15:val="{007D469B-52DE-114C-B059-57B92E8AD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Hannah Wolfe</cp:lastModifiedBy>
  <cp:revision>2</cp:revision>
  <dcterms:created xsi:type="dcterms:W3CDTF">2026-07-09T16:54:00Z</dcterms:created>
  <dcterms:modified xsi:type="dcterms:W3CDTF">2026-07-09T16:54:00Z</dcterms:modified>
  <cp:category/>
</cp:coreProperties>
</file>