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5943600" cy="7691718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age0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1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xmlns:a="http://schemas.openxmlformats.org/drawingml/2006/main" xmlns:pic="http://schemas.openxmlformats.org/drawingml/2006/picture">
            <wp:extent cx="5943600" cy="769171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age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1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xmlns:a="http://schemas.openxmlformats.org/drawingml/2006/main" xmlns:pic="http://schemas.openxmlformats.org/drawingml/2006/picture">
            <wp:extent cx="5943600" cy="769171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age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1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xmlns:a="http://schemas.openxmlformats.org/drawingml/2006/main" xmlns:pic="http://schemas.openxmlformats.org/drawingml/2006/picture">
            <wp:extent cx="5943600" cy="769171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age3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18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